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GÅVOBREV</w:t>
      </w:r>
    </w:p>
    <w:p>
      <w:pPr>
        <w:jc w:val="center"/>
      </w:pPr>
      <w:r>
        <w:rPr>
          <w:i/>
          <w:sz w:val="20"/>
        </w:rPr>
        <w:t>Avser gåva av lös egendom, till exempel pengar, lösöre eller värdepapper</w:t>
      </w:r>
    </w:p>
    <w:p>
      <w:pPr>
        <w:spacing w:before="280" w:after="80"/>
      </w:pPr>
      <w:r>
        <w:rPr>
          <w:b/>
          <w:sz w:val="24"/>
        </w:rPr>
        <w:t>Gåvogivare</w:t>
      </w:r>
    </w:p>
    <w:p>
      <w:r>
        <w:t>Namn: _____________________________________________</w:t>
      </w:r>
    </w:p>
    <w:p>
      <w:r>
        <w:t>Personnummer: ______________________________</w:t>
      </w:r>
    </w:p>
    <w:p>
      <w:r>
        <w:t>Adress: _____________________________________________</w:t>
      </w:r>
    </w:p>
    <w:p>
      <w:pPr>
        <w:spacing w:before="280" w:after="80"/>
      </w:pPr>
      <w:r>
        <w:rPr>
          <w:b/>
          <w:sz w:val="24"/>
        </w:rPr>
        <w:t>Gåvotagare</w:t>
      </w:r>
    </w:p>
    <w:p>
      <w:r>
        <w:t>Namn: _____________________________________________</w:t>
      </w:r>
    </w:p>
    <w:p>
      <w:r>
        <w:t>Personnummer: ______________________________</w:t>
      </w:r>
    </w:p>
    <w:p>
      <w:r>
        <w:t>Adress: _____________________________________________</w:t>
      </w:r>
    </w:p>
    <w:p>
      <w:pPr>
        <w:spacing w:before="280" w:after="80"/>
      </w:pPr>
      <w:r>
        <w:rPr>
          <w:b/>
          <w:sz w:val="24"/>
        </w:rPr>
        <w:t>Gåvan</w:t>
      </w:r>
    </w:p>
    <w:p>
      <w:r>
        <w:t>Beskriv gåvan så tydligt som möjligt. Ange belopp i siffror och bokstäver om gåvan är pengar, eller en noggrann beskrivning av egendomen:</w:t>
      </w:r>
    </w:p>
    <w:p>
      <w:r>
        <w:t>____________________________________________________________</w:t>
      </w:r>
    </w:p>
    <w:p>
      <w:r>
        <w:t>____________________________________________________________</w:t>
      </w:r>
    </w:p>
    <w:p>
      <w:r>
        <w:t>____________________________________________________________</w:t>
      </w:r>
    </w:p>
    <w:p>
      <w:pPr>
        <w:spacing w:before="280" w:after="80"/>
      </w:pPr>
      <w:r>
        <w:rPr>
          <w:b/>
          <w:sz w:val="24"/>
        </w:rPr>
        <w:t>Överlåtelseförklaring</w:t>
      </w:r>
    </w:p>
    <w:p>
      <w:r>
        <w:t>Jag överlåter härmed ovanstående egendom som gåva till gåvotagaren. Gåvan överlämnas i samband med att detta gåvobrev undertecknas, eller vid följande tidpunkt:</w:t>
      </w:r>
    </w:p>
    <w:p>
      <w:r>
        <w:t>Tidpunkt för överlämnande (om annan än undertecknandet): ______________________________</w:t>
      </w:r>
    </w:p>
    <w:p>
      <w:pPr>
        <w:spacing w:before="280" w:after="80"/>
      </w:pPr>
      <w:r>
        <w:rPr>
          <w:b/>
          <w:sz w:val="24"/>
        </w:rPr>
        <w:t>Villkor för gåvan</w:t>
      </w:r>
    </w:p>
    <w:p>
      <w:r>
        <w:t>Ange eventuella villkor. Exempel: att gåvan ska vara gåvotagarens enskilda egendom, eller att gåvan inte ska utgöra förskott på arv. Om inget anges och gåvotagaren är bröstarvinge räknas gåvan som förskott på arv enligt ärvdabalken 6 kap. 1 §.</w:t>
      </w:r>
    </w:p>
    <w:p>
      <w:r>
        <w:t>____________________________________________________________</w:t>
      </w:r>
    </w:p>
    <w:p>
      <w:r>
        <w:t>____________________________________________________________</w:t>
      </w:r>
    </w:p>
    <w:p>
      <w:r>
        <w:t>____________________________________________________________</w:t>
      </w:r>
    </w:p>
    <w:p>
      <w:pPr>
        <w:spacing w:before="280" w:after="80"/>
      </w:pPr>
      <w:r>
        <w:rPr>
          <w:b/>
          <w:sz w:val="24"/>
        </w:rPr>
        <w:t>Gåvogivarens underskrift</w:t>
      </w:r>
    </w:p>
    <w:p>
      <w:r>
        <w:t>Ort och datum: ______________________________</w:t>
      </w:r>
    </w:p>
    <w:p/>
    <w:p>
      <w:r>
        <w:t>_____________________________________________</w:t>
      </w:r>
    </w:p>
    <w:p>
      <w:r>
        <w:t>Underskrift, gåvogivare</w:t>
      </w:r>
    </w:p>
    <w:p>
      <w:r>
        <w:t>Namnförtydligande: ______________________________</w:t>
      </w:r>
    </w:p>
    <w:p>
      <w:pPr>
        <w:spacing w:before="280" w:after="80"/>
      </w:pPr>
      <w:r>
        <w:rPr>
          <w:b/>
          <w:sz w:val="24"/>
        </w:rPr>
        <w:t>Gåvotagarens bekräftelse</w:t>
      </w:r>
    </w:p>
    <w:p>
      <w:r>
        <w:t>Jag bekräftar att jag tar emot gåvan och godtar villkoren ovan.</w:t>
      </w:r>
    </w:p>
    <w:p>
      <w:r>
        <w:t>Ort och datum: ______________________________</w:t>
      </w:r>
    </w:p>
    <w:p/>
    <w:p>
      <w:r>
        <w:t>_____________________________________________</w:t>
      </w:r>
    </w:p>
    <w:p>
      <w:r>
        <w:t>Underskrift, gåvotagare</w:t>
      </w:r>
    </w:p>
    <w:p>
      <w:r>
        <w:t>Namnförtydligande: ______________________________</w:t>
      </w:r>
    </w:p>
    <w:p>
      <w:pPr>
        <w:spacing w:before="280" w:after="80"/>
      </w:pPr>
      <w:r>
        <w:rPr>
          <w:b/>
          <w:sz w:val="24"/>
        </w:rPr>
        <w:t>Bevittning (frivilligt)</w:t>
      </w:r>
    </w:p>
    <w:p>
      <w:r>
        <w:t>Bevittning är inte ett lagkrav för gåva av lös egendom men kan underlätta om gåvans giltighet senare ifrågasätts.</w:t>
      </w:r>
    </w:p>
    <w:p/>
    <w:p>
      <w:r>
        <w:t>_____________________________________________</w:t>
      </w:r>
    </w:p>
    <w:p>
      <w:r>
        <w:t>Underskrift, vittne</w:t>
      </w:r>
    </w:p>
    <w:p>
      <w:r>
        <w:t>Namnförtydligande: ______________________________</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