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FULLMAKT</w:t>
      </w:r>
    </w:p>
    <w:p>
      <w:pPr>
        <w:jc w:val="center"/>
      </w:pPr>
      <w:r>
        <w:rPr>
          <w:i/>
          <w:sz w:val="20"/>
        </w:rPr>
        <w:t>Fullmakt enligt avtalslagen (1915:218)</w:t>
      </w:r>
    </w:p>
    <w:p>
      <w:pPr>
        <w:spacing w:before="280" w:after="80"/>
      </w:pPr>
      <w:r>
        <w:rPr>
          <w:b/>
          <w:sz w:val="24"/>
        </w:rPr>
        <w:t>Fullmaktsgivare</w:t>
      </w:r>
    </w:p>
    <w:p>
      <w:r>
        <w:t>Namn: _____________________________________________</w:t>
      </w:r>
    </w:p>
    <w:p>
      <w:r>
        <w:t>Personnummer: ______________________________</w:t>
      </w:r>
    </w:p>
    <w:p>
      <w:r>
        <w:t>Adress: _____________________________________________</w:t>
      </w:r>
    </w:p>
    <w:p>
      <w:r>
        <w:t>Telefon: ______________________________</w:t>
      </w:r>
    </w:p>
    <w:p>
      <w:pPr>
        <w:spacing w:before="280" w:after="80"/>
      </w:pPr>
      <w:r>
        <w:rPr>
          <w:b/>
          <w:sz w:val="24"/>
        </w:rPr>
        <w:t>Fullmaktshavare</w:t>
      </w:r>
    </w:p>
    <w:p>
      <w:r>
        <w:t>Namn: _____________________________________________</w:t>
      </w:r>
    </w:p>
    <w:p>
      <w:r>
        <w:t>Personnummer: ______________________________</w:t>
      </w:r>
    </w:p>
    <w:p>
      <w:r>
        <w:t>Adress: _____________________________________________</w:t>
      </w:r>
    </w:p>
    <w:p>
      <w:r>
        <w:t>Telefon: ______________________________</w:t>
      </w:r>
    </w:p>
    <w:p>
      <w:pPr>
        <w:spacing w:before="280" w:after="80"/>
      </w:pPr>
      <w:r>
        <w:rPr>
          <w:b/>
          <w:sz w:val="24"/>
        </w:rPr>
        <w:t>Fullmaktens omfattning</w:t>
      </w:r>
    </w:p>
    <w:p>
      <w:r>
        <w:t>Fullmaktshavaren har rätt att i mitt namn och för min räkning göra följande (beskriv så tydligt som möjligt, till exempel att hämta ut en försändelse, sälja en bil eller företräda mig i ett visst ärende):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pPr>
        <w:spacing w:before="280" w:after="80"/>
      </w:pPr>
      <w:r>
        <w:rPr>
          <w:b/>
          <w:sz w:val="24"/>
        </w:rPr>
        <w:t>Giltighetstid</w:t>
      </w:r>
    </w:p>
    <w:p>
      <w:r>
        <w:t>Fullmakten gäller från och med: ______________________________</w:t>
      </w:r>
    </w:p>
    <w:p>
      <w:r>
        <w:t>Fullmakten gäller till och med: ______________________________</w:t>
      </w:r>
    </w:p>
    <w:p>
      <w:r>
        <w:t>Om ingen sluttid anges gäller fullmakten tills den återkallas. En skriftlig fullmakt återkallas genom att fullmaktsgivaren tar tillbaka eller förstör fullmaktshandlingen.</w:t>
      </w:r>
    </w:p>
    <w:p>
      <w:pPr>
        <w:spacing w:before="280" w:after="80"/>
      </w:pPr>
      <w:r>
        <w:rPr>
          <w:b/>
          <w:sz w:val="24"/>
        </w:rPr>
        <w:t>Fullmaktsgivarens underskrift</w:t>
      </w:r>
    </w:p>
    <w:p>
      <w:r>
        <w:t>Ort och datum: ______________________________</w:t>
      </w:r>
    </w:p>
    <w:p/>
    <w:p>
      <w:r>
        <w:t>_____________________________________________</w:t>
      </w:r>
    </w:p>
    <w:p>
      <w:r>
        <w:t>Underskrift, fullmaktsgivare</w:t>
      </w:r>
    </w:p>
    <w:p>
      <w:r>
        <w:t>Namnförtydligande: ______________________________</w:t>
      </w:r>
    </w:p>
    <w:p>
      <w:pPr>
        <w:spacing w:before="280" w:after="80"/>
      </w:pPr>
      <w:r>
        <w:rPr>
          <w:b/>
          <w:sz w:val="24"/>
        </w:rPr>
        <w:t>Bevittning (frivilligt)</w:t>
      </w:r>
    </w:p>
    <w:p>
      <w:r>
        <w:t>Bevittning är inte ett lagkrav för en vanlig fullmakt men vissa mottagare, till exempel banker, kan begära det.</w:t>
      </w:r>
    </w:p>
    <w:p/>
    <w:p>
      <w:r>
        <w:t>_____________________________________________</w:t>
      </w:r>
    </w:p>
    <w:p>
      <w:r>
        <w:t>Underskrift, vittne</w:t>
      </w:r>
    </w:p>
    <w:p>
      <w:r>
        <w:t>Namnförtydligande: ______________________________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