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36"/>
        </w:rPr>
        <w:t>FRAMTIDSFULLMAKT</w:t>
      </w:r>
    </w:p>
    <w:p>
      <w:pPr>
        <w:jc w:val="center"/>
      </w:pPr>
      <w:r>
        <w:rPr>
          <w:i/>
          <w:sz w:val="20"/>
        </w:rPr>
        <w:t>Upprättad enligt lagen (2017:310) om framtidsfullmakter</w:t>
      </w:r>
    </w:p>
    <w:p>
      <w:pPr>
        <w:spacing w:before="280" w:after="80"/>
      </w:pPr>
      <w:r>
        <w:rPr>
          <w:b/>
          <w:sz w:val="24"/>
        </w:rPr>
        <w:t>Fullmaktsgivare</w:t>
      </w:r>
    </w:p>
    <w:p>
      <w:r>
        <w:t>Namn: _____________________________________________</w:t>
      </w:r>
    </w:p>
    <w:p>
      <w:r>
        <w:t>Personnummer: ______________________________</w:t>
      </w:r>
    </w:p>
    <w:p>
      <w:r>
        <w:t>Adress: _____________________________________________</w:t>
      </w:r>
    </w:p>
    <w:p>
      <w:pPr>
        <w:spacing w:before="280" w:after="80"/>
      </w:pPr>
      <w:r>
        <w:rPr>
          <w:b/>
          <w:sz w:val="24"/>
        </w:rPr>
        <w:t>Fullmaktshavare</w:t>
      </w:r>
    </w:p>
    <w:p>
      <w:r>
        <w:t>Namn: _____________________________________________</w:t>
      </w:r>
    </w:p>
    <w:p>
      <w:r>
        <w:t>Personnummer: ______________________________</w:t>
      </w:r>
    </w:p>
    <w:p>
      <w:r>
        <w:t>Adress: _____________________________________________</w:t>
      </w:r>
    </w:p>
    <w:p>
      <w:pPr>
        <w:spacing w:before="280" w:after="80"/>
      </w:pPr>
      <w:r>
        <w:rPr>
          <w:b/>
          <w:sz w:val="24"/>
        </w:rPr>
        <w:t>Ersättare för fullmaktshavaren (frivilligt)</w:t>
      </w:r>
    </w:p>
    <w:p>
      <w:r>
        <w:t>Namn: _____________________________________________</w:t>
      </w:r>
    </w:p>
    <w:p>
      <w:r>
        <w:t>Personnummer: ______________________________</w:t>
      </w:r>
    </w:p>
    <w:p>
      <w:pPr>
        <w:spacing w:before="280" w:after="80"/>
      </w:pPr>
      <w:r>
        <w:rPr>
          <w:b/>
          <w:sz w:val="24"/>
        </w:rPr>
        <w:t>Förklaring</w:t>
      </w:r>
    </w:p>
    <w:p>
      <w:r>
        <w:t>Jag ger härmed ovan angiven fullmaktshavare rätt att företräda mig för det fall jag på grund av sjukdom, psykisk störning, försvagat hälsotillstånd eller något liknande förhållande varaktigt och i huvudsak inte längre har förmåga att ha hand om de angelägenheter som denna fullmakt omfattar.</w:t>
      </w:r>
    </w:p>
    <w:p>
      <w:pPr>
        <w:spacing w:before="280" w:after="80"/>
      </w:pPr>
      <w:r>
        <w:rPr>
          <w:b/>
          <w:sz w:val="24"/>
        </w:rPr>
        <w:t>Fullmaktens omfattning</w:t>
      </w:r>
    </w:p>
    <w:p>
      <w:r>
        <w:t>Fullmakten omfattar följande angelägenheter (ange till exempel ekonomiska angelägenheter som att betala räkningar, förvalta tillgångar och hantera bankärenden, samt personliga angelägenheter):</w:t>
      </w:r>
    </w:p>
    <w:p>
      <w:r>
        <w:t>____________________________________________________________</w:t>
      </w:r>
    </w:p>
    <w:p>
      <w:r>
        <w:t>____________________________________________________________</w:t>
      </w:r>
    </w:p>
    <w:p>
      <w:r>
        <w:t>____________________________________________________________</w:t>
      </w:r>
    </w:p>
    <w:p>
      <w:r>
        <w:t>____________________________________________________________</w:t>
      </w:r>
    </w:p>
    <w:p>
      <w:pPr>
        <w:spacing w:before="280" w:after="80"/>
      </w:pPr>
      <w:r>
        <w:rPr>
          <w:b/>
          <w:sz w:val="24"/>
        </w:rPr>
        <w:t>Övriga villkor</w:t>
      </w:r>
    </w:p>
    <w:p>
      <w:r>
        <w:t>Här kan du ange övriga villkor, till exempel om ikraftträdandet ska prövas av domstol eller om fullmaktshavaren har rätt till arvode:</w:t>
      </w:r>
    </w:p>
    <w:p>
      <w:r>
        <w:t>____________________________________________________________</w:t>
      </w:r>
    </w:p>
    <w:p>
      <w:r>
        <w:t>____________________________________________________________</w:t>
      </w:r>
    </w:p>
    <w:p>
      <w:r>
        <w:t>____________________________________________________________</w:t>
      </w:r>
    </w:p>
    <w:p>
      <w:pPr>
        <w:spacing w:before="280" w:after="80"/>
      </w:pPr>
      <w:r>
        <w:rPr>
          <w:b/>
          <w:sz w:val="24"/>
        </w:rPr>
        <w:t>Granskare (frivilligt)</w:t>
      </w:r>
    </w:p>
    <w:p>
      <w:r>
        <w:t>Jag utser följande person att granska fullmaktshavarens verksamhet enligt 23 § lagen om framtidsfullmakter:</w:t>
      </w:r>
    </w:p>
    <w:p>
      <w:r>
        <w:t>Namn: _____________________________________________</w:t>
      </w:r>
    </w:p>
    <w:p>
      <w:r>
        <w:t>Personnummer: ______________________________</w:t>
      </w:r>
    </w:p>
    <w:p>
      <w:pPr>
        <w:spacing w:before="280" w:after="80"/>
      </w:pPr>
      <w:r>
        <w:rPr>
          <w:b/>
          <w:sz w:val="24"/>
        </w:rPr>
        <w:t>Fullmaktsgivarens underskrift</w:t>
      </w:r>
    </w:p>
    <w:p>
      <w:r>
        <w:t>Ort och datum: ______________________________</w:t>
      </w:r>
    </w:p>
    <w:p/>
    <w:p>
      <w:r>
        <w:t>_____________________________________________</w:t>
      </w:r>
    </w:p>
    <w:p>
      <w:r>
        <w:t>Underskrift, fullmaktsgivare</w:t>
      </w:r>
    </w:p>
    <w:p>
      <w:r>
        <w:t>Namnförtydligande: ______________________________</w:t>
      </w:r>
    </w:p>
    <w:p>
      <w:pPr>
        <w:spacing w:before="280" w:after="80"/>
      </w:pPr>
      <w:r>
        <w:rPr>
          <w:b/>
          <w:sz w:val="24"/>
        </w:rPr>
        <w:t>Vittnesintyg</w:t>
      </w:r>
    </w:p>
    <w:p>
      <w:r>
        <w:t>Vi intygar att fullmaktsgivaren i vår samtidiga närvaro har skrivit under denna framtidsfullmakt, eller intygat för oss att han eller hon har skrivit under handlingen. Vi känner till att handlingen är en framtidsfullmakt och vi bekräftar handlingen med våra underskrifter. Ingen av oss är fullmaktshavare enligt denna fullmakt.</w:t>
      </w:r>
    </w:p>
    <w:p>
      <w:pPr>
        <w:spacing w:before="280" w:after="80"/>
      </w:pPr>
      <w:r>
        <w:rPr>
          <w:b/>
          <w:sz w:val="24"/>
        </w:rPr>
        <w:t>Vittne 1</w:t>
      </w:r>
    </w:p>
    <w:p>
      <w:r>
        <w:t>Ort och datum: ______________________________</w:t>
      </w:r>
    </w:p>
    <w:p/>
    <w:p>
      <w:r>
        <w:t>_____________________________________________</w:t>
      </w:r>
    </w:p>
    <w:p>
      <w:r>
        <w:t>Underskrift</w:t>
      </w:r>
    </w:p>
    <w:p>
      <w:r>
        <w:t>Namnförtydligande: ______________________________</w:t>
      </w:r>
    </w:p>
    <w:p>
      <w:r>
        <w:t>Adress: _____________________________________________</w:t>
      </w:r>
    </w:p>
    <w:p>
      <w:pPr>
        <w:spacing w:before="280" w:after="80"/>
      </w:pPr>
      <w:r>
        <w:rPr>
          <w:b/>
          <w:sz w:val="24"/>
        </w:rPr>
        <w:t>Vittne 2</w:t>
      </w:r>
    </w:p>
    <w:p>
      <w:r>
        <w:t>Ort och datum: ______________________________</w:t>
      </w:r>
    </w:p>
    <w:p/>
    <w:p>
      <w:r>
        <w:t>_____________________________________________</w:t>
      </w:r>
    </w:p>
    <w:p>
      <w:r>
        <w:t>Underskrift</w:t>
      </w:r>
    </w:p>
    <w:p>
      <w:r>
        <w:t>Namnförtydligande: ______________________________</w:t>
      </w:r>
    </w:p>
    <w:p>
      <w:r>
        <w:t>Adress: _____________________________________________</w:t>
      </w:r>
    </w:p>
    <w:sectPr w:rsidR="00FC693F" w:rsidRPr="0006063C" w:rsidSect="00034616">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